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7E22C" w14:textId="77777777" w:rsidR="006C40AC" w:rsidRDefault="00DC293B">
      <w:pPr>
        <w:spacing w:after="40"/>
        <w:jc w:val="center"/>
      </w:pPr>
      <w:r>
        <w:rPr>
          <w:b/>
        </w:rPr>
        <w:t>ALLEGATO A</w:t>
      </w:r>
    </w:p>
    <w:p w14:paraId="09BC9827" w14:textId="77777777" w:rsidR="006C40AC" w:rsidRDefault="00DC293B">
      <w:pPr>
        <w:spacing w:after="360"/>
        <w:jc w:val="center"/>
      </w:pPr>
      <w:r>
        <w:rPr>
          <w:b/>
          <w:sz w:val="26"/>
        </w:rPr>
        <w:t>MODELLO DI DOMANDA E AUTOCERTIFICAZIONE INTERPELLO</w:t>
      </w:r>
    </w:p>
    <w:p w14:paraId="2325CA04" w14:textId="708995D7" w:rsidR="006C40AC" w:rsidRDefault="00DC293B" w:rsidP="00E34472">
      <w:pPr>
        <w:spacing w:after="360"/>
        <w:ind w:left="4320"/>
        <w:jc w:val="right"/>
      </w:pPr>
      <w:r>
        <w:rPr>
          <w:b/>
        </w:rPr>
        <w:t xml:space="preserve">Al </w:t>
      </w:r>
      <w:proofErr w:type="spellStart"/>
      <w:r>
        <w:rPr>
          <w:b/>
        </w:rPr>
        <w:t>Dirigente</w:t>
      </w:r>
      <w:proofErr w:type="spellEnd"/>
      <w:r>
        <w:rPr>
          <w:b/>
        </w:rPr>
        <w:t xml:space="preserve"> Scolastico</w:t>
      </w:r>
      <w:r>
        <w:rPr>
          <w:b/>
        </w:rPr>
        <w:br/>
        <w:t xml:space="preserve">Polo </w:t>
      </w:r>
      <w:proofErr w:type="spellStart"/>
      <w:r>
        <w:rPr>
          <w:b/>
        </w:rPr>
        <w:t>Statale</w:t>
      </w:r>
      <w:proofErr w:type="spellEnd"/>
      <w:r>
        <w:rPr>
          <w:b/>
        </w:rPr>
        <w:t xml:space="preserve"> Piersanti Mattarella</w:t>
      </w:r>
      <w:r>
        <w:rPr>
          <w:b/>
        </w:rPr>
        <w:br/>
      </w:r>
      <w:r w:rsidR="00486BAE">
        <w:rPr>
          <w:b/>
        </w:rPr>
        <w:t xml:space="preserve"> Castellammare del Golfo</w:t>
      </w:r>
      <w:r w:rsidR="00E34472">
        <w:rPr>
          <w:b/>
        </w:rPr>
        <w:t xml:space="preserve"> - Alcamo</w:t>
      </w:r>
    </w:p>
    <w:p w14:paraId="7BC3B79E" w14:textId="0DEEACE7" w:rsidR="006C40AC" w:rsidRDefault="00DC293B">
      <w:pPr>
        <w:spacing w:before="120" w:after="360"/>
      </w:pPr>
      <w:r>
        <w:rPr>
          <w:b/>
        </w:rPr>
        <w:t xml:space="preserve">OGGETTO: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partecipazione</w:t>
      </w:r>
      <w:proofErr w:type="spellEnd"/>
      <w:r>
        <w:t xml:space="preserve"> </w:t>
      </w:r>
      <w:proofErr w:type="spellStart"/>
      <w:r>
        <w:t>all'Interpello</w:t>
      </w:r>
      <w:proofErr w:type="spellEnd"/>
      <w:r>
        <w:t xml:space="preserve"> per il </w:t>
      </w:r>
      <w:proofErr w:type="spellStart"/>
      <w:r>
        <w:t>conferimento</w:t>
      </w:r>
      <w:proofErr w:type="spellEnd"/>
      <w:r>
        <w:t xml:space="preserve"> di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supplenza</w:t>
      </w:r>
      <w:proofErr w:type="spellEnd"/>
      <w:r>
        <w:t xml:space="preserve"> </w:t>
      </w:r>
      <w:r w:rsidR="00ED6D66">
        <w:t xml:space="preserve"> </w:t>
      </w:r>
      <w:r w:rsidR="007212D7">
        <w:t xml:space="preserve">(COE) </w:t>
      </w:r>
      <w:r>
        <w:t xml:space="preserve">di </w:t>
      </w:r>
      <w:r w:rsidR="00ED6D66">
        <w:rPr>
          <w:b/>
        </w:rPr>
        <w:t xml:space="preserve">20 </w:t>
      </w:r>
      <w:r>
        <w:rPr>
          <w:b/>
        </w:rPr>
        <w:t xml:space="preserve">ore </w:t>
      </w:r>
      <w:proofErr w:type="spellStart"/>
      <w:r>
        <w:rPr>
          <w:b/>
        </w:rPr>
        <w:t>settimanali</w:t>
      </w:r>
      <w:proofErr w:type="spellEnd"/>
      <w:r>
        <w:t xml:space="preserve"> </w:t>
      </w:r>
      <w:proofErr w:type="spellStart"/>
      <w:r>
        <w:t>fino</w:t>
      </w:r>
      <w:proofErr w:type="spellEnd"/>
      <w:r>
        <w:t xml:space="preserve"> al </w:t>
      </w:r>
      <w:r>
        <w:rPr>
          <w:b/>
        </w:rPr>
        <w:t xml:space="preserve">30 </w:t>
      </w:r>
      <w:proofErr w:type="spellStart"/>
      <w:r>
        <w:rPr>
          <w:b/>
        </w:rPr>
        <w:t>giugno</w:t>
      </w:r>
      <w:proofErr w:type="spellEnd"/>
      <w:r>
        <w:rPr>
          <w:b/>
        </w:rPr>
        <w:t xml:space="preserve"> 2027</w:t>
      </w:r>
      <w:r>
        <w:t xml:space="preserve"> </w:t>
      </w:r>
      <w:proofErr w:type="spellStart"/>
      <w:r>
        <w:t>nella</w:t>
      </w:r>
      <w:proofErr w:type="spellEnd"/>
      <w:r>
        <w:t xml:space="preserve"> Classe di Concorso </w:t>
      </w:r>
      <w:r>
        <w:rPr>
          <w:b/>
        </w:rPr>
        <w:t xml:space="preserve">A043 – </w:t>
      </w:r>
      <w:proofErr w:type="spellStart"/>
      <w:r>
        <w:rPr>
          <w:b/>
        </w:rPr>
        <w:t>Scienze</w:t>
      </w:r>
      <w:proofErr w:type="spellEnd"/>
      <w:r>
        <w:rPr>
          <w:b/>
        </w:rPr>
        <w:t xml:space="preserve"> e </w:t>
      </w:r>
      <w:proofErr w:type="spellStart"/>
      <w:r>
        <w:rPr>
          <w:b/>
        </w:rPr>
        <w:t>tecnologie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nautiche</w:t>
      </w:r>
      <w:proofErr w:type="spellEnd"/>
      <w:r>
        <w:t>.</w:t>
      </w:r>
    </w:p>
    <w:p w14:paraId="1E682322" w14:textId="77777777" w:rsidR="006C40AC" w:rsidRDefault="00DC293B">
      <w:pPr>
        <w:spacing w:before="240" w:after="120"/>
      </w:pPr>
      <w:r>
        <w:rPr>
          <w:b/>
        </w:rPr>
        <w:t xml:space="preserve">Il/La </w:t>
      </w:r>
      <w:proofErr w:type="spellStart"/>
      <w:r>
        <w:rPr>
          <w:b/>
        </w:rPr>
        <w:t>sottoscritto</w:t>
      </w:r>
      <w:proofErr w:type="spellEnd"/>
      <w:r>
        <w:rPr>
          <w:b/>
        </w:rPr>
        <w:t>/a:</w:t>
      </w:r>
    </w:p>
    <w:p w14:paraId="1C189736" w14:textId="77777777" w:rsidR="006C40AC" w:rsidRDefault="00DC293B">
      <w:pPr>
        <w:spacing w:after="80"/>
      </w:pPr>
      <w:proofErr w:type="spellStart"/>
      <w:r>
        <w:t>Cognome</w:t>
      </w:r>
      <w:proofErr w:type="spellEnd"/>
      <w:r>
        <w:t xml:space="preserve"> e Nome: ___________________________________________________________</w:t>
      </w:r>
    </w:p>
    <w:p w14:paraId="766DAD82" w14:textId="77777777" w:rsidR="006C40AC" w:rsidRDefault="00DC293B">
      <w:pPr>
        <w:spacing w:after="80"/>
      </w:pPr>
      <w:proofErr w:type="spellStart"/>
      <w:r>
        <w:t>Codice</w:t>
      </w:r>
      <w:proofErr w:type="spellEnd"/>
      <w:r>
        <w:t xml:space="preserve"> </w:t>
      </w:r>
      <w:proofErr w:type="spellStart"/>
      <w:r>
        <w:t>Fiscale</w:t>
      </w:r>
      <w:proofErr w:type="spellEnd"/>
      <w:r>
        <w:t>: _____________________________________________________________</w:t>
      </w:r>
    </w:p>
    <w:p w14:paraId="68A64B96" w14:textId="77777777" w:rsidR="006C40AC" w:rsidRDefault="00DC293B">
      <w:pPr>
        <w:spacing w:after="80"/>
      </w:pPr>
      <w:r>
        <w:t>Nato/a a: _________________________________ (Pr. ____) il ____/____/_________</w:t>
      </w:r>
    </w:p>
    <w:p w14:paraId="4EAEA0F8" w14:textId="77777777" w:rsidR="006C40AC" w:rsidRDefault="00DC293B">
      <w:pPr>
        <w:spacing w:after="80"/>
      </w:pPr>
      <w:proofErr w:type="spellStart"/>
      <w:r>
        <w:t>Residente</w:t>
      </w:r>
      <w:proofErr w:type="spellEnd"/>
      <w:r>
        <w:t xml:space="preserve"> a: ______________________________ (Pr. ____) Cap: _________________</w:t>
      </w:r>
    </w:p>
    <w:p w14:paraId="1C621E04" w14:textId="77777777" w:rsidR="006C40AC" w:rsidRDefault="00DC293B">
      <w:pPr>
        <w:spacing w:after="80"/>
      </w:pPr>
      <w:r>
        <w:t>Via/Piazza: __________________________________________________ n. ___________</w:t>
      </w:r>
    </w:p>
    <w:p w14:paraId="7B2643B6" w14:textId="77777777" w:rsidR="006C40AC" w:rsidRDefault="00DC293B">
      <w:pPr>
        <w:spacing w:after="80"/>
      </w:pPr>
      <w:proofErr w:type="spellStart"/>
      <w:r>
        <w:t>Telefono</w:t>
      </w:r>
      <w:proofErr w:type="spellEnd"/>
      <w:r>
        <w:t>/</w:t>
      </w:r>
      <w:proofErr w:type="spellStart"/>
      <w:r>
        <w:t>Cellulare</w:t>
      </w:r>
      <w:proofErr w:type="spellEnd"/>
      <w:r>
        <w:t>: ____________________ E-mail: ___________________________</w:t>
      </w:r>
    </w:p>
    <w:p w14:paraId="0600892B" w14:textId="77777777" w:rsidR="006C40AC" w:rsidRDefault="00DC293B">
      <w:pPr>
        <w:spacing w:after="80"/>
      </w:pPr>
      <w:r>
        <w:t xml:space="preserve">PEC (se </w:t>
      </w:r>
      <w:proofErr w:type="spellStart"/>
      <w:r>
        <w:t>posseduta</w:t>
      </w:r>
      <w:proofErr w:type="spellEnd"/>
      <w:r>
        <w:t>): _______________________________________________________</w:t>
      </w:r>
    </w:p>
    <w:p w14:paraId="5D9AE766" w14:textId="77777777" w:rsidR="006C40AC" w:rsidRDefault="00DC293B">
      <w:pPr>
        <w:spacing w:before="240" w:after="240"/>
        <w:jc w:val="center"/>
      </w:pPr>
      <w:r>
        <w:rPr>
          <w:b/>
        </w:rPr>
        <w:t>CHIEDE</w:t>
      </w:r>
    </w:p>
    <w:p w14:paraId="1AAC176A" w14:textId="4DD40342" w:rsidR="006C40AC" w:rsidRDefault="00DC293B">
      <w:pPr>
        <w:spacing w:after="240"/>
      </w:pPr>
      <w:r>
        <w:t xml:space="preserve">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ammesso</w:t>
      </w:r>
      <w:proofErr w:type="spellEnd"/>
      <w:r>
        <w:t xml:space="preserve">/a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procedura</w:t>
      </w:r>
      <w:proofErr w:type="spellEnd"/>
      <w:r>
        <w:t xml:space="preserve"> di </w:t>
      </w:r>
      <w:proofErr w:type="spellStart"/>
      <w:r>
        <w:t>selezione</w:t>
      </w:r>
      <w:proofErr w:type="spellEnd"/>
      <w:r>
        <w:t xml:space="preserve"> </w:t>
      </w:r>
      <w:proofErr w:type="spellStart"/>
      <w:r>
        <w:t>tramite</w:t>
      </w:r>
      <w:proofErr w:type="spellEnd"/>
      <w:r>
        <w:t xml:space="preserve"> </w:t>
      </w:r>
      <w:proofErr w:type="spellStart"/>
      <w:r>
        <w:t>Interpello</w:t>
      </w:r>
      <w:proofErr w:type="spellEnd"/>
      <w:r>
        <w:t xml:space="preserve"> </w:t>
      </w:r>
      <w:proofErr w:type="spellStart"/>
      <w:r>
        <w:t>nazionale</w:t>
      </w:r>
      <w:proofErr w:type="spellEnd"/>
      <w:r>
        <w:t xml:space="preserve"> per il </w:t>
      </w:r>
      <w:proofErr w:type="spellStart"/>
      <w:r>
        <w:t>conferimento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supplenza</w:t>
      </w:r>
      <w:proofErr w:type="spellEnd"/>
      <w:r>
        <w:t xml:space="preserve"> sopra </w:t>
      </w:r>
      <w:proofErr w:type="spellStart"/>
      <w:r>
        <w:t>specificata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il Polo </w:t>
      </w:r>
      <w:proofErr w:type="spellStart"/>
      <w:r>
        <w:t>Statale</w:t>
      </w:r>
      <w:proofErr w:type="spellEnd"/>
      <w:r>
        <w:t xml:space="preserve"> Piersanti Mattarella per </w:t>
      </w:r>
      <w:proofErr w:type="spellStart"/>
      <w:r>
        <w:t>l'anno</w:t>
      </w:r>
      <w:proofErr w:type="spellEnd"/>
      <w:r w:rsidR="00DE4CF9">
        <w:t xml:space="preserve"> </w:t>
      </w:r>
      <w:r>
        <w:t xml:space="preserve"> </w:t>
      </w:r>
      <w:proofErr w:type="spellStart"/>
      <w:r>
        <w:t>scolastico</w:t>
      </w:r>
      <w:proofErr w:type="spellEnd"/>
      <w:r>
        <w:t xml:space="preserve"> 2026/2027.</w:t>
      </w:r>
    </w:p>
    <w:p w14:paraId="570AEB70" w14:textId="77777777" w:rsidR="006C40AC" w:rsidRDefault="00DC293B">
      <w:pPr>
        <w:spacing w:after="240"/>
        <w:jc w:val="center"/>
      </w:pPr>
      <w:r>
        <w:rPr>
          <w:b/>
        </w:rPr>
        <w:t>DICHIARAZIONE SOSTITUTIVA DI CERTIFICAZIONE</w:t>
      </w:r>
      <w:r>
        <w:rPr>
          <w:b/>
        </w:rPr>
        <w:br/>
        <w:t xml:space="preserve">(ai sensi </w:t>
      </w:r>
      <w:proofErr w:type="spellStart"/>
      <w:r>
        <w:rPr>
          <w:b/>
        </w:rPr>
        <w:t>degli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artt</w:t>
      </w:r>
      <w:proofErr w:type="spellEnd"/>
      <w:r>
        <w:rPr>
          <w:b/>
        </w:rPr>
        <w:t xml:space="preserve">. 46 e 47 del D.P.R. 28 </w:t>
      </w:r>
      <w:proofErr w:type="spellStart"/>
      <w:r>
        <w:rPr>
          <w:b/>
        </w:rPr>
        <w:t>dicembre</w:t>
      </w:r>
      <w:proofErr w:type="spellEnd"/>
      <w:r>
        <w:rPr>
          <w:b/>
        </w:rPr>
        <w:t xml:space="preserve"> 2000, n. 445)</w:t>
      </w:r>
    </w:p>
    <w:p w14:paraId="58F70ECA" w14:textId="77777777" w:rsidR="006C40AC" w:rsidRDefault="00DC293B">
      <w:pPr>
        <w:spacing w:after="240"/>
      </w:pPr>
      <w:r>
        <w:t xml:space="preserve">A </w:t>
      </w:r>
      <w:proofErr w:type="spellStart"/>
      <w:r>
        <w:t>tal</w:t>
      </w:r>
      <w:proofErr w:type="spellEnd"/>
      <w:r>
        <w:t xml:space="preserve"> fine, </w:t>
      </w:r>
      <w:proofErr w:type="spellStart"/>
      <w:r>
        <w:t>consapevole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sanzioni</w:t>
      </w:r>
      <w:proofErr w:type="spellEnd"/>
      <w:r>
        <w:t xml:space="preserve"> </w:t>
      </w:r>
      <w:proofErr w:type="spellStart"/>
      <w:r>
        <w:t>penali</w:t>
      </w:r>
      <w:proofErr w:type="spellEnd"/>
      <w:r>
        <w:t xml:space="preserve"> </w:t>
      </w:r>
      <w:proofErr w:type="spellStart"/>
      <w:r>
        <w:t>previste</w:t>
      </w:r>
      <w:proofErr w:type="spellEnd"/>
      <w:r>
        <w:t xml:space="preserve"> </w:t>
      </w:r>
      <w:proofErr w:type="spellStart"/>
      <w:r>
        <w:t>dall'art</w:t>
      </w:r>
      <w:proofErr w:type="spellEnd"/>
      <w:r>
        <w:t xml:space="preserve">. 76 del D.P.R. 445/2000 in </w:t>
      </w:r>
      <w:proofErr w:type="spellStart"/>
      <w:r>
        <w:t>caso</w:t>
      </w:r>
      <w:proofErr w:type="spellEnd"/>
      <w:r>
        <w:t xml:space="preserve"> di </w:t>
      </w:r>
      <w:proofErr w:type="spellStart"/>
      <w:r>
        <w:t>dichiarazioni</w:t>
      </w:r>
      <w:proofErr w:type="spellEnd"/>
      <w:r>
        <w:t xml:space="preserve"> </w:t>
      </w:r>
      <w:proofErr w:type="spellStart"/>
      <w:r>
        <w:t>mendaci</w:t>
      </w:r>
      <w:proofErr w:type="spellEnd"/>
      <w:r>
        <w:t xml:space="preserve"> o </w:t>
      </w:r>
      <w:proofErr w:type="spellStart"/>
      <w:r>
        <w:t>falsità</w:t>
      </w:r>
      <w:proofErr w:type="spellEnd"/>
      <w:r>
        <w:t xml:space="preserve"> in </w:t>
      </w:r>
      <w:proofErr w:type="spellStart"/>
      <w:r>
        <w:t>atti</w:t>
      </w:r>
      <w:proofErr w:type="spellEnd"/>
      <w:r>
        <w:t xml:space="preserve">, sotto la propria </w:t>
      </w:r>
      <w:proofErr w:type="spellStart"/>
      <w:r>
        <w:t>responsabilità</w:t>
      </w:r>
      <w:proofErr w:type="spellEnd"/>
      <w:r>
        <w:t>,</w:t>
      </w:r>
    </w:p>
    <w:p w14:paraId="18FF32D4" w14:textId="77777777" w:rsidR="006C40AC" w:rsidRDefault="00DC293B">
      <w:pPr>
        <w:spacing w:after="120"/>
      </w:pPr>
      <w:r>
        <w:rPr>
          <w:b/>
        </w:rPr>
        <w:t>DICHIARA:</w:t>
      </w:r>
    </w:p>
    <w:p w14:paraId="114DA185" w14:textId="77777777" w:rsidR="006C40AC" w:rsidRDefault="00DC293B">
      <w:pPr>
        <w:spacing w:after="80"/>
      </w:pPr>
      <w:r>
        <w:t xml:space="preserve">1. [  ] 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cittadino</w:t>
      </w:r>
      <w:proofErr w:type="spellEnd"/>
      <w:r>
        <w:t xml:space="preserve">/a </w:t>
      </w:r>
      <w:proofErr w:type="spellStart"/>
      <w:r>
        <w:t>italiano</w:t>
      </w:r>
      <w:proofErr w:type="spellEnd"/>
      <w:r>
        <w:t xml:space="preserve">/a o di uno </w:t>
      </w:r>
      <w:proofErr w:type="spellStart"/>
      <w:r>
        <w:t>degli</w:t>
      </w:r>
      <w:proofErr w:type="spellEnd"/>
      <w:r>
        <w:t xml:space="preserve"> Stati </w:t>
      </w:r>
      <w:proofErr w:type="spellStart"/>
      <w:r>
        <w:t>membri</w:t>
      </w:r>
      <w:proofErr w:type="spellEnd"/>
      <w:r>
        <w:t xml:space="preserve"> </w:t>
      </w:r>
      <w:proofErr w:type="spellStart"/>
      <w:r>
        <w:t>dell'Unione</w:t>
      </w:r>
      <w:proofErr w:type="spellEnd"/>
      <w:r>
        <w:t xml:space="preserve"> Europea;</w:t>
      </w:r>
    </w:p>
    <w:p w14:paraId="6A3A2F20" w14:textId="77777777" w:rsidR="006C40AC" w:rsidRDefault="00DC293B">
      <w:pPr>
        <w:spacing w:after="80"/>
      </w:pPr>
      <w:r>
        <w:t xml:space="preserve">2. [  ] di </w:t>
      </w:r>
      <w:proofErr w:type="spellStart"/>
      <w:r>
        <w:t>godere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</w:t>
      </w:r>
      <w:proofErr w:type="spellStart"/>
      <w:r>
        <w:t>civili</w:t>
      </w:r>
      <w:proofErr w:type="spellEnd"/>
      <w:r>
        <w:t xml:space="preserve"> e </w:t>
      </w:r>
      <w:proofErr w:type="spellStart"/>
      <w:r>
        <w:t>politici</w:t>
      </w:r>
      <w:proofErr w:type="spellEnd"/>
      <w:r>
        <w:t>;</w:t>
      </w:r>
    </w:p>
    <w:p w14:paraId="552EC739" w14:textId="77777777" w:rsidR="006C40AC" w:rsidRDefault="00DC293B">
      <w:pPr>
        <w:spacing w:after="80"/>
      </w:pPr>
      <w:r>
        <w:t xml:space="preserve">3. [  ] di non aver </w:t>
      </w:r>
      <w:proofErr w:type="spellStart"/>
      <w:r>
        <w:t>riportato</w:t>
      </w:r>
      <w:proofErr w:type="spellEnd"/>
      <w:r>
        <w:t xml:space="preserve"> </w:t>
      </w:r>
      <w:proofErr w:type="spellStart"/>
      <w:r>
        <w:t>condanne</w:t>
      </w:r>
      <w:proofErr w:type="spellEnd"/>
      <w:r>
        <w:t xml:space="preserve"> </w:t>
      </w:r>
      <w:proofErr w:type="spellStart"/>
      <w:r>
        <w:t>penali</w:t>
      </w:r>
      <w:proofErr w:type="spellEnd"/>
      <w:r>
        <w:t xml:space="preserve"> e di non </w:t>
      </w:r>
      <w:proofErr w:type="spellStart"/>
      <w:r>
        <w:t>avere</w:t>
      </w:r>
      <w:proofErr w:type="spellEnd"/>
      <w:r>
        <w:t xml:space="preserve"> </w:t>
      </w:r>
      <w:proofErr w:type="spellStart"/>
      <w:r>
        <w:t>procedimenti</w:t>
      </w:r>
      <w:proofErr w:type="spellEnd"/>
      <w:r>
        <w:t xml:space="preserve"> </w:t>
      </w:r>
      <w:proofErr w:type="spellStart"/>
      <w:r>
        <w:t>penali</w:t>
      </w:r>
      <w:proofErr w:type="spellEnd"/>
      <w:r>
        <w:t xml:space="preserve"> </w:t>
      </w:r>
      <w:proofErr w:type="spellStart"/>
      <w:r>
        <w:t>pendenti</w:t>
      </w:r>
      <w:proofErr w:type="spellEnd"/>
      <w:r>
        <w:t>;</w:t>
      </w:r>
    </w:p>
    <w:p w14:paraId="7E9DC56C" w14:textId="77777777" w:rsidR="006C40AC" w:rsidRDefault="00DC293B">
      <w:pPr>
        <w:spacing w:after="80"/>
      </w:pPr>
      <w:r>
        <w:t xml:space="preserve">4. [  ] 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fisicamente</w:t>
      </w:r>
      <w:proofErr w:type="spellEnd"/>
      <w:r>
        <w:t xml:space="preserve"> </w:t>
      </w:r>
      <w:proofErr w:type="spellStart"/>
      <w:r>
        <w:t>idoneo</w:t>
      </w:r>
      <w:proofErr w:type="spellEnd"/>
      <w:r>
        <w:t xml:space="preserve">/a </w:t>
      </w:r>
      <w:proofErr w:type="spellStart"/>
      <w:r>
        <w:t>allo</w:t>
      </w:r>
      <w:proofErr w:type="spellEnd"/>
      <w:r>
        <w:t xml:space="preserve"> </w:t>
      </w:r>
      <w:proofErr w:type="spellStart"/>
      <w:r>
        <w:t>svolgimento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funzioni</w:t>
      </w:r>
      <w:proofErr w:type="spellEnd"/>
      <w:r>
        <w:t xml:space="preserve"> di </w:t>
      </w:r>
      <w:proofErr w:type="spellStart"/>
      <w:r>
        <w:t>docente</w:t>
      </w:r>
      <w:proofErr w:type="spellEnd"/>
      <w:r>
        <w:t>;</w:t>
      </w:r>
    </w:p>
    <w:p w14:paraId="05ABB9C6" w14:textId="77777777" w:rsidR="006C40AC" w:rsidRDefault="00DC293B">
      <w:pPr>
        <w:spacing w:after="80"/>
      </w:pPr>
      <w:r>
        <w:t xml:space="preserve">5. [  ] di NON aver </w:t>
      </w:r>
      <w:proofErr w:type="spellStart"/>
      <w:r>
        <w:t>accettato</w:t>
      </w:r>
      <w:proofErr w:type="spellEnd"/>
      <w:r>
        <w:t xml:space="preserve"> </w:t>
      </w:r>
      <w:proofErr w:type="spellStart"/>
      <w:r>
        <w:t>un'altra</w:t>
      </w:r>
      <w:proofErr w:type="spellEnd"/>
      <w:r>
        <w:t xml:space="preserve"> </w:t>
      </w:r>
      <w:proofErr w:type="spellStart"/>
      <w:r>
        <w:t>supplenza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stessa</w:t>
      </w:r>
      <w:proofErr w:type="spellEnd"/>
      <w:r>
        <w:t xml:space="preserve"> </w:t>
      </w:r>
      <w:proofErr w:type="spellStart"/>
      <w:r>
        <w:t>tipologia</w:t>
      </w:r>
      <w:proofErr w:type="spellEnd"/>
      <w:r>
        <w:t xml:space="preserve"> per il </w:t>
      </w:r>
      <w:proofErr w:type="spellStart"/>
      <w:r>
        <w:t>corrente</w:t>
      </w:r>
      <w:proofErr w:type="spellEnd"/>
      <w:r>
        <w:t xml:space="preserve"> anno </w:t>
      </w:r>
      <w:proofErr w:type="spellStart"/>
      <w:r>
        <w:t>scolastico</w:t>
      </w:r>
      <w:proofErr w:type="spellEnd"/>
      <w:r>
        <w:t xml:space="preserve"> e di non </w:t>
      </w:r>
      <w:proofErr w:type="spellStart"/>
      <w:r>
        <w:t>trovarsi</w:t>
      </w:r>
      <w:proofErr w:type="spellEnd"/>
      <w:r>
        <w:t xml:space="preserve"> in alcuna </w:t>
      </w:r>
      <w:proofErr w:type="spellStart"/>
      <w:r>
        <w:t>condizione</w:t>
      </w:r>
      <w:proofErr w:type="spellEnd"/>
      <w:r>
        <w:t xml:space="preserve"> di </w:t>
      </w:r>
      <w:proofErr w:type="spellStart"/>
      <w:r>
        <w:t>incompatibilità</w:t>
      </w:r>
      <w:proofErr w:type="spellEnd"/>
      <w:r>
        <w:t xml:space="preserve"> o </w:t>
      </w:r>
      <w:proofErr w:type="spellStart"/>
      <w:r>
        <w:t>sanzionatoria</w:t>
      </w:r>
      <w:proofErr w:type="spellEnd"/>
      <w:r>
        <w:t>;</w:t>
      </w:r>
    </w:p>
    <w:p w14:paraId="28028605" w14:textId="77777777" w:rsidR="006C40AC" w:rsidRDefault="00DC293B">
      <w:pPr>
        <w:spacing w:after="80"/>
      </w:pPr>
      <w:r>
        <w:lastRenderedPageBreak/>
        <w:t xml:space="preserve">6. [  ] di </w:t>
      </w:r>
      <w:proofErr w:type="spellStart"/>
      <w:r>
        <w:t>essere</w:t>
      </w:r>
      <w:proofErr w:type="spellEnd"/>
      <w:r>
        <w:t xml:space="preserve"> in </w:t>
      </w:r>
      <w:proofErr w:type="spellStart"/>
      <w:r>
        <w:t>possesso</w:t>
      </w:r>
      <w:proofErr w:type="spellEnd"/>
      <w:r>
        <w:t xml:space="preserve"> del </w:t>
      </w:r>
      <w:proofErr w:type="spellStart"/>
      <w:r>
        <w:t>seguente</w:t>
      </w:r>
      <w:proofErr w:type="spellEnd"/>
      <w:r>
        <w:t xml:space="preserve"> TITOLO DI STUDIO </w:t>
      </w:r>
      <w:proofErr w:type="spellStart"/>
      <w:r>
        <w:t>idoneo</w:t>
      </w:r>
      <w:proofErr w:type="spellEnd"/>
      <w:r>
        <w:t xml:space="preserve"> </w:t>
      </w:r>
      <w:proofErr w:type="spellStart"/>
      <w:r>
        <w:t>all'accesso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classe</w:t>
      </w:r>
      <w:proofErr w:type="spellEnd"/>
      <w:r>
        <w:t xml:space="preserve"> di </w:t>
      </w:r>
      <w:proofErr w:type="spellStart"/>
      <w:r>
        <w:t>concorso</w:t>
      </w:r>
      <w:proofErr w:type="spellEnd"/>
      <w:r>
        <w:t xml:space="preserve"> A043:</w:t>
      </w:r>
    </w:p>
    <w:p w14:paraId="03DC444A" w14:textId="77777777" w:rsidR="006C40AC" w:rsidRDefault="00DC293B">
      <w:pPr>
        <w:spacing w:after="80"/>
        <w:ind w:left="576"/>
      </w:pPr>
      <w:r>
        <w:t xml:space="preserve">    - </w:t>
      </w:r>
      <w:proofErr w:type="spellStart"/>
      <w:r>
        <w:t>Tipologia</w:t>
      </w:r>
      <w:proofErr w:type="spellEnd"/>
      <w:r>
        <w:t xml:space="preserve"> di Laurea (Magistrale/</w:t>
      </w:r>
      <w:proofErr w:type="spellStart"/>
      <w:r>
        <w:t>Specialistica</w:t>
      </w:r>
      <w:proofErr w:type="spellEnd"/>
      <w:r>
        <w:t>/Vecchio Ord.): ___________________________</w:t>
      </w:r>
    </w:p>
    <w:p w14:paraId="34346F86" w14:textId="77777777" w:rsidR="006C40AC" w:rsidRDefault="00DC293B">
      <w:pPr>
        <w:spacing w:after="80"/>
        <w:ind w:left="576"/>
      </w:pPr>
      <w:r>
        <w:t xml:space="preserve">    - </w:t>
      </w:r>
      <w:proofErr w:type="spellStart"/>
      <w:r>
        <w:t>Conseguita</w:t>
      </w:r>
      <w:proofErr w:type="spellEnd"/>
      <w:r>
        <w:t xml:space="preserve"> in data: ____/____/________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l'Università</w:t>
      </w:r>
      <w:proofErr w:type="spellEnd"/>
      <w:r>
        <w:t xml:space="preserve"> di: _______________________</w:t>
      </w:r>
    </w:p>
    <w:p w14:paraId="5AA73AB3" w14:textId="77777777" w:rsidR="006C40AC" w:rsidRDefault="00DC293B">
      <w:pPr>
        <w:spacing w:after="80"/>
        <w:ind w:left="576"/>
      </w:pPr>
      <w:r>
        <w:t xml:space="preserve">    - Con la </w:t>
      </w:r>
      <w:proofErr w:type="spellStart"/>
      <w:r>
        <w:t>votazione</w:t>
      </w:r>
      <w:proofErr w:type="spellEnd"/>
      <w:r>
        <w:t xml:space="preserve"> di: ___________ / ___________</w:t>
      </w:r>
    </w:p>
    <w:p w14:paraId="5C83C8C1" w14:textId="77777777" w:rsidR="006C40AC" w:rsidRDefault="00DC293B">
      <w:pPr>
        <w:spacing w:after="80"/>
        <w:ind w:left="576"/>
      </w:pPr>
      <w:r>
        <w:t xml:space="preserve">    - [  ] di aver </w:t>
      </w:r>
      <w:proofErr w:type="spellStart"/>
      <w:r>
        <w:t>inserito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proprio piano di </w:t>
      </w:r>
      <w:proofErr w:type="spellStart"/>
      <w:r>
        <w:t>studi</w:t>
      </w:r>
      <w:proofErr w:type="spellEnd"/>
      <w:r>
        <w:t xml:space="preserve"> tutti </w:t>
      </w:r>
      <w:proofErr w:type="spellStart"/>
      <w:r>
        <w:t>i</w:t>
      </w:r>
      <w:proofErr w:type="spellEnd"/>
      <w:r>
        <w:t xml:space="preserve"> CFU/</w:t>
      </w:r>
      <w:proofErr w:type="spellStart"/>
      <w:r>
        <w:t>esami</w:t>
      </w:r>
      <w:proofErr w:type="spellEnd"/>
      <w:r>
        <w:t xml:space="preserve"> </w:t>
      </w:r>
      <w:proofErr w:type="spellStart"/>
      <w:r>
        <w:t>richiesti</w:t>
      </w:r>
      <w:proofErr w:type="spellEnd"/>
      <w:r>
        <w:t xml:space="preserve"> </w:t>
      </w:r>
      <w:proofErr w:type="spellStart"/>
      <w:r>
        <w:t>dalla</w:t>
      </w:r>
      <w:proofErr w:type="spellEnd"/>
      <w:r>
        <w:t xml:space="preserve">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vigente</w:t>
      </w:r>
      <w:proofErr w:type="spellEnd"/>
      <w:r>
        <w:t xml:space="preserve"> per </w:t>
      </w:r>
      <w:proofErr w:type="spellStart"/>
      <w:r>
        <w:t>l'insegnamento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classe</w:t>
      </w:r>
      <w:proofErr w:type="spellEnd"/>
      <w:r>
        <w:t xml:space="preserve"> A043 (</w:t>
      </w:r>
      <w:proofErr w:type="spellStart"/>
      <w:r>
        <w:t>specificati</w:t>
      </w:r>
      <w:proofErr w:type="spellEnd"/>
      <w:r>
        <w:t xml:space="preserve"> </w:t>
      </w:r>
      <w:proofErr w:type="spellStart"/>
      <w:r>
        <w:t>dettagliatamente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CV </w:t>
      </w:r>
      <w:proofErr w:type="spellStart"/>
      <w:r>
        <w:t>allegato</w:t>
      </w:r>
      <w:proofErr w:type="spellEnd"/>
      <w:r>
        <w:t>);</w:t>
      </w:r>
    </w:p>
    <w:p w14:paraId="46B98B40" w14:textId="77777777" w:rsidR="006C40AC" w:rsidRDefault="00DC293B">
      <w:pPr>
        <w:spacing w:after="80"/>
      </w:pPr>
      <w:r>
        <w:t>7. [  ] (</w:t>
      </w:r>
      <w:proofErr w:type="spellStart"/>
      <w:r>
        <w:t>Opzionale</w:t>
      </w:r>
      <w:proofErr w:type="spellEnd"/>
      <w:r>
        <w:t xml:space="preserve">) di </w:t>
      </w:r>
      <w:proofErr w:type="spellStart"/>
      <w:r>
        <w:t>essere</w:t>
      </w:r>
      <w:proofErr w:type="spellEnd"/>
      <w:r>
        <w:t xml:space="preserve"> in </w:t>
      </w:r>
      <w:proofErr w:type="spellStart"/>
      <w:r>
        <w:t>possesso</w:t>
      </w:r>
      <w:proofErr w:type="spellEnd"/>
      <w:r>
        <w:t xml:space="preserve"> </w:t>
      </w:r>
      <w:proofErr w:type="spellStart"/>
      <w:r>
        <w:t>dell'ABILITAZIONE</w:t>
      </w:r>
      <w:proofErr w:type="spellEnd"/>
      <w:r>
        <w:t xml:space="preserve"> </w:t>
      </w:r>
      <w:proofErr w:type="spellStart"/>
      <w:r>
        <w:t>all'insegnamento</w:t>
      </w:r>
      <w:proofErr w:type="spellEnd"/>
      <w:r>
        <w:t xml:space="preserve"> per la </w:t>
      </w:r>
      <w:proofErr w:type="spellStart"/>
      <w:r>
        <w:t>classe</w:t>
      </w:r>
      <w:proofErr w:type="spellEnd"/>
      <w:r>
        <w:t xml:space="preserve"> di </w:t>
      </w:r>
      <w:proofErr w:type="spellStart"/>
      <w:r>
        <w:t>concorso</w:t>
      </w:r>
      <w:proofErr w:type="spellEnd"/>
      <w:r>
        <w:t xml:space="preserve"> A043 </w:t>
      </w:r>
      <w:proofErr w:type="spellStart"/>
      <w:r>
        <w:t>conseguita</w:t>
      </w:r>
      <w:proofErr w:type="spellEnd"/>
      <w:r>
        <w:t xml:space="preserve"> in data ____/____/________;</w:t>
      </w:r>
    </w:p>
    <w:p w14:paraId="571FE8BF" w14:textId="77777777" w:rsidR="006C40AC" w:rsidRDefault="00DC293B">
      <w:pPr>
        <w:spacing w:after="80"/>
      </w:pPr>
      <w:r>
        <w:t xml:space="preserve">8. [  ] 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incluso</w:t>
      </w:r>
      <w:proofErr w:type="spellEnd"/>
      <w:r>
        <w:t xml:space="preserve">/a </w:t>
      </w:r>
      <w:proofErr w:type="spellStart"/>
      <w:r>
        <w:t>nelle</w:t>
      </w:r>
      <w:proofErr w:type="spellEnd"/>
      <w:r>
        <w:t xml:space="preserve"> </w:t>
      </w:r>
      <w:proofErr w:type="spellStart"/>
      <w:r>
        <w:t>Graduatorie</w:t>
      </w:r>
      <w:proofErr w:type="spellEnd"/>
      <w:r>
        <w:t xml:space="preserve"> </w:t>
      </w:r>
      <w:proofErr w:type="spellStart"/>
      <w:r>
        <w:t>Provinciali</w:t>
      </w:r>
      <w:proofErr w:type="spellEnd"/>
      <w:r>
        <w:t xml:space="preserve"> per le </w:t>
      </w:r>
      <w:proofErr w:type="spellStart"/>
      <w:r>
        <w:t>Supplenze</w:t>
      </w:r>
      <w:proofErr w:type="spellEnd"/>
      <w:r>
        <w:t xml:space="preserve"> (GPS) per la </w:t>
      </w:r>
      <w:proofErr w:type="spellStart"/>
      <w:r>
        <w:t>classe</w:t>
      </w:r>
      <w:proofErr w:type="spellEnd"/>
      <w:r>
        <w:t xml:space="preserve"> di </w:t>
      </w:r>
      <w:proofErr w:type="spellStart"/>
      <w:r>
        <w:t>concorso</w:t>
      </w:r>
      <w:proofErr w:type="spellEnd"/>
      <w:r>
        <w:t xml:space="preserve"> _________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provincia</w:t>
      </w:r>
      <w:proofErr w:type="spellEnd"/>
      <w:r>
        <w:t xml:space="preserve"> di _________________ (</w:t>
      </w:r>
      <w:proofErr w:type="spellStart"/>
      <w:r>
        <w:t>specificare</w:t>
      </w:r>
      <w:proofErr w:type="spellEnd"/>
      <w:r>
        <w:t xml:space="preserve"> solo se </w:t>
      </w:r>
      <w:proofErr w:type="spellStart"/>
      <w:r>
        <w:t>iscritti</w:t>
      </w:r>
      <w:proofErr w:type="spellEnd"/>
      <w:r>
        <w:t xml:space="preserve"> in </w:t>
      </w:r>
      <w:proofErr w:type="spellStart"/>
      <w:r>
        <w:t>altra</w:t>
      </w:r>
      <w:proofErr w:type="spellEnd"/>
      <w:r>
        <w:t xml:space="preserve"> </w:t>
      </w:r>
      <w:proofErr w:type="spellStart"/>
      <w:r>
        <w:t>provincia</w:t>
      </w:r>
      <w:proofErr w:type="spellEnd"/>
      <w:r>
        <w:t>).</w:t>
      </w:r>
    </w:p>
    <w:p w14:paraId="7E30C0B3" w14:textId="77777777" w:rsidR="006C40AC" w:rsidRDefault="00DC293B">
      <w:pPr>
        <w:spacing w:before="240" w:after="120"/>
      </w:pPr>
      <w:r>
        <w:rPr>
          <w:b/>
        </w:rPr>
        <w:t xml:space="preserve">Si </w:t>
      </w:r>
      <w:proofErr w:type="spellStart"/>
      <w:r>
        <w:rPr>
          <w:b/>
        </w:rPr>
        <w:t>allegano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alla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presente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domanda</w:t>
      </w:r>
      <w:proofErr w:type="spellEnd"/>
      <w:r>
        <w:rPr>
          <w:b/>
        </w:rPr>
        <w:t>:</w:t>
      </w:r>
    </w:p>
    <w:p w14:paraId="2F5D80A6" w14:textId="77777777" w:rsidR="006C40AC" w:rsidRDefault="00DC293B">
      <w:pPr>
        <w:spacing w:after="60"/>
      </w:pPr>
      <w:r>
        <w:t xml:space="preserve">- Curriculum Vitae in </w:t>
      </w:r>
      <w:proofErr w:type="spellStart"/>
      <w:r>
        <w:t>formato</w:t>
      </w:r>
      <w:proofErr w:type="spellEnd"/>
      <w:r>
        <w:t xml:space="preserve"> </w:t>
      </w:r>
      <w:proofErr w:type="spellStart"/>
      <w:r>
        <w:t>europeo</w:t>
      </w:r>
      <w:proofErr w:type="spellEnd"/>
      <w:r>
        <w:t xml:space="preserve"> </w:t>
      </w:r>
      <w:proofErr w:type="spellStart"/>
      <w:r>
        <w:t>datato</w:t>
      </w:r>
      <w:proofErr w:type="spellEnd"/>
      <w:r>
        <w:t xml:space="preserve"> e </w:t>
      </w:r>
      <w:proofErr w:type="spellStart"/>
      <w:r>
        <w:t>firmato</w:t>
      </w:r>
      <w:proofErr w:type="spellEnd"/>
      <w:r>
        <w:t xml:space="preserve">, </w:t>
      </w:r>
      <w:proofErr w:type="spellStart"/>
      <w:r>
        <w:t>contenente</w:t>
      </w:r>
      <w:proofErr w:type="spellEnd"/>
      <w:r>
        <w:t xml:space="preserve"> il </w:t>
      </w:r>
      <w:proofErr w:type="spellStart"/>
      <w:r>
        <w:t>dettaglio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esami</w:t>
      </w:r>
      <w:proofErr w:type="spellEnd"/>
      <w:r>
        <w:t>/CFU;</w:t>
      </w:r>
    </w:p>
    <w:p w14:paraId="311D3041" w14:textId="77777777" w:rsidR="006C40AC" w:rsidRDefault="00DC293B">
      <w:pPr>
        <w:spacing w:after="60"/>
      </w:pPr>
      <w:r>
        <w:t xml:space="preserve">- Copia </w:t>
      </w:r>
      <w:proofErr w:type="spellStart"/>
      <w:r>
        <w:t>fotostatica</w:t>
      </w:r>
      <w:proofErr w:type="spellEnd"/>
      <w:r>
        <w:t xml:space="preserve"> di un </w:t>
      </w:r>
      <w:proofErr w:type="spellStart"/>
      <w:r>
        <w:t>documento</w:t>
      </w:r>
      <w:proofErr w:type="spellEnd"/>
      <w:r>
        <w:t xml:space="preserve"> di </w:t>
      </w:r>
      <w:proofErr w:type="spellStart"/>
      <w:r>
        <w:t>identità</w:t>
      </w:r>
      <w:proofErr w:type="spellEnd"/>
      <w:r>
        <w:t xml:space="preserve"> in </w:t>
      </w:r>
      <w:proofErr w:type="spellStart"/>
      <w:r>
        <w:t>corso</w:t>
      </w:r>
      <w:proofErr w:type="spellEnd"/>
      <w:r>
        <w:t xml:space="preserve"> di </w:t>
      </w:r>
      <w:proofErr w:type="spellStart"/>
      <w:r>
        <w:t>validità</w:t>
      </w:r>
      <w:proofErr w:type="spellEnd"/>
      <w:r>
        <w:t>;</w:t>
      </w:r>
    </w:p>
    <w:p w14:paraId="47D1002F" w14:textId="77777777" w:rsidR="006C40AC" w:rsidRDefault="00DC293B">
      <w:pPr>
        <w:spacing w:after="240"/>
      </w:pPr>
      <w:r>
        <w:t>- (</w:t>
      </w:r>
      <w:proofErr w:type="spellStart"/>
      <w:r>
        <w:t>Eventuale</w:t>
      </w:r>
      <w:proofErr w:type="spellEnd"/>
      <w:r>
        <w:t xml:space="preserve">) Altra </w:t>
      </w:r>
      <w:proofErr w:type="spellStart"/>
      <w:r>
        <w:t>documentazione</w:t>
      </w:r>
      <w:proofErr w:type="spellEnd"/>
      <w:r>
        <w:t xml:space="preserve"> utile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valutazione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titoli</w:t>
      </w:r>
      <w:proofErr w:type="spellEnd"/>
      <w:r>
        <w:t>.</w:t>
      </w:r>
    </w:p>
    <w:p w14:paraId="3800EB5C" w14:textId="77777777" w:rsidR="006C40AC" w:rsidRDefault="00DC293B">
      <w:pPr>
        <w:spacing w:after="480"/>
      </w:pPr>
      <w:r>
        <w:t xml:space="preserve">Il/La </w:t>
      </w:r>
      <w:proofErr w:type="spellStart"/>
      <w:r>
        <w:t>sottoscritto</w:t>
      </w:r>
      <w:proofErr w:type="spellEnd"/>
      <w:r>
        <w:t xml:space="preserve">/a </w:t>
      </w:r>
      <w:proofErr w:type="spellStart"/>
      <w:r>
        <w:t>esprime</w:t>
      </w:r>
      <w:proofErr w:type="spellEnd"/>
      <w:r>
        <w:t xml:space="preserve"> il proprio </w:t>
      </w:r>
      <w:proofErr w:type="spellStart"/>
      <w:r>
        <w:t>consenso</w:t>
      </w:r>
      <w:proofErr w:type="spellEnd"/>
      <w:r>
        <w:t xml:space="preserve">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ai sensi del </w:t>
      </w:r>
      <w:proofErr w:type="spellStart"/>
      <w:r>
        <w:t>Regolamento</w:t>
      </w:r>
      <w:proofErr w:type="spellEnd"/>
      <w:r>
        <w:t xml:space="preserve"> UE 2016/679 (GDPR) e del </w:t>
      </w:r>
      <w:proofErr w:type="spellStart"/>
      <w:r>
        <w:t>D.Lgs</w:t>
      </w:r>
      <w:proofErr w:type="spellEnd"/>
      <w:r>
        <w:t xml:space="preserve">. 196/2003 e successive </w:t>
      </w:r>
      <w:proofErr w:type="spellStart"/>
      <w:r>
        <w:t>modifiche</w:t>
      </w:r>
      <w:proofErr w:type="spellEnd"/>
      <w:r>
        <w:t xml:space="preserve">, </w:t>
      </w:r>
      <w:proofErr w:type="spellStart"/>
      <w:r>
        <w:t>esclusivamente</w:t>
      </w:r>
      <w:proofErr w:type="spellEnd"/>
      <w:r>
        <w:t xml:space="preserve"> per le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connesse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gestione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procedura</w:t>
      </w:r>
      <w:proofErr w:type="spellEnd"/>
      <w:r>
        <w:t xml:space="preserve"> di </w:t>
      </w:r>
      <w:proofErr w:type="spellStart"/>
      <w:r>
        <w:t>interpello</w:t>
      </w:r>
      <w:proofErr w:type="spellEnd"/>
      <w:r>
        <w:t>.</w:t>
      </w:r>
    </w:p>
    <w:p w14:paraId="1651EB8F" w14:textId="375BE916" w:rsidR="006C40AC" w:rsidRDefault="00DC293B">
      <w:pPr>
        <w:spacing w:before="240"/>
      </w:pPr>
      <w:proofErr w:type="spellStart"/>
      <w:r>
        <w:t>Luogo</w:t>
      </w:r>
      <w:proofErr w:type="spellEnd"/>
      <w:r>
        <w:t xml:space="preserve"> e Data: ______________________                                        </w:t>
      </w:r>
      <w:proofErr w:type="spellStart"/>
      <w:r>
        <w:t>Firma</w:t>
      </w:r>
      <w:proofErr w:type="spellEnd"/>
      <w:r>
        <w:t xml:space="preserve"> del </w:t>
      </w:r>
      <w:proofErr w:type="spellStart"/>
      <w:r>
        <w:t>Candidato</w:t>
      </w:r>
      <w:proofErr w:type="spellEnd"/>
      <w:r>
        <w:br/>
        <w:t xml:space="preserve">                                                                                 </w:t>
      </w:r>
      <w:r w:rsidR="003A2E06">
        <w:t xml:space="preserve">                    </w:t>
      </w:r>
      <w:r>
        <w:t xml:space="preserve">  ______________________</w:t>
      </w:r>
    </w:p>
    <w:sectPr w:rsidR="006C40A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75614263">
    <w:abstractNumId w:val="8"/>
  </w:num>
  <w:num w:numId="2" w16cid:durableId="835538000">
    <w:abstractNumId w:val="6"/>
  </w:num>
  <w:num w:numId="3" w16cid:durableId="401299411">
    <w:abstractNumId w:val="5"/>
  </w:num>
  <w:num w:numId="4" w16cid:durableId="1665890907">
    <w:abstractNumId w:val="4"/>
  </w:num>
  <w:num w:numId="5" w16cid:durableId="1225264606">
    <w:abstractNumId w:val="7"/>
  </w:num>
  <w:num w:numId="6" w16cid:durableId="620383584">
    <w:abstractNumId w:val="3"/>
  </w:num>
  <w:num w:numId="7" w16cid:durableId="1371299420">
    <w:abstractNumId w:val="2"/>
  </w:num>
  <w:num w:numId="8" w16cid:durableId="60956179">
    <w:abstractNumId w:val="1"/>
  </w:num>
  <w:num w:numId="9" w16cid:durableId="256643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A2E06"/>
    <w:rsid w:val="00486BAE"/>
    <w:rsid w:val="004B0865"/>
    <w:rsid w:val="005E7FE8"/>
    <w:rsid w:val="006C40AC"/>
    <w:rsid w:val="00711768"/>
    <w:rsid w:val="007212D7"/>
    <w:rsid w:val="008611DB"/>
    <w:rsid w:val="00AA1D8D"/>
    <w:rsid w:val="00B202B2"/>
    <w:rsid w:val="00B47730"/>
    <w:rsid w:val="00CB0664"/>
    <w:rsid w:val="00DB1A33"/>
    <w:rsid w:val="00DC293B"/>
    <w:rsid w:val="00DE4CF9"/>
    <w:rsid w:val="00E34472"/>
    <w:rsid w:val="00E54E8C"/>
    <w:rsid w:val="00E66016"/>
    <w:rsid w:val="00ED6D66"/>
    <w:rsid w:val="00FC3AC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B23398"/>
  <w14:defaultImageDpi w14:val="300"/>
  <w15:docId w15:val="{80D7DD0E-031C-48F7-BB5A-FF25CB8C3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color w:val="333333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Utente</cp:lastModifiedBy>
  <cp:revision>11</cp:revision>
  <dcterms:created xsi:type="dcterms:W3CDTF">2026-10-16T09:49:00Z</dcterms:created>
  <dcterms:modified xsi:type="dcterms:W3CDTF">2026-10-16T10:32:00Z</dcterms:modified>
  <cp:category/>
</cp:coreProperties>
</file>